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המנדט הבריטי - הבטחה במבחן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להסביר מהו מנדט ומה ייחד את המנדט על ארץ 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להציג פעולות בריטיות שסייעו לבניית הבית הלאומי ופעולות שהגבילו אותו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לגבש עמדה מנומקת בשאלה האם בריטניה קיימה את ההבטחה שבכתב המנדט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חבר הלאומים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הוא כלל את הצהרת בלפור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לדאוג לכלל האוכלוסייה ולסייע בהקמת הבית הלאומי היהודי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הגבלה חמורה של העלייה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הרברט סמואל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מנדט הוא שלטון זמני עד הכנת השטח לעצמאות.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מה שייחד את המנדט על ארץ ישראל.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בסוף שנות ה-30 הוגבלה העלייה בחומרה בספר הלבן.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נקבע במסמך.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תאריך מרכזי בתקופת המנדט המוקדמת.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חבר הלאומים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2. 1922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75 אלף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הרברט סמואל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הוועד הלאומי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(שלטון זמני מטעם חבר הלאומים להכנת שטח לעצמאות)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(ארגון בין לאומי שהוקם אחרי מלחמת העולם הראשונה)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(מדיניות שהגבילה עלייה ורכישת קרקע)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(מוסדות השלטון העצמי של היישוב היהודי)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(היתרי עלייה שחילקו הבריטים)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לפי סדר כרונולוגי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ועידת סן רמו מעניקה לבריטניה את המנדט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חבר הלאומים מאשר את כתב המנדט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פתיחת האוניברסיטה העברית בירושלים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פרסום הספר הלבן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והבעת עמדה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ייחוד: שילוב הצהרת בלפור בכתב המנדט ושתי משימות מקבילות. פעולה מסייעת: למשל התרת עלייה בשנים הראשונות או הכרה במוסדות השלטון העצמי. פעולה פוגעת: הספר הלבן של 1939 שהגביל עלייה ורכישת קרקע.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עמדה ברורה (קיימה/לא קיימה/בחלקה), לפחות שני טיעונים תומכים מבוססי עובדות מהשיעור, התייחסות לצד הנגדי, מסקנה מסכמת.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לדאוג לכלל האוכלוסייה ולסייע בהקמת הבית הלאומי היהודי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הגבלת עלייה ל-75 אלף איש בחמש שנים, או הגבלת רכישת קרקעות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עם עמדה ונימוק אחד לפחות המבוסס על תוכן השיעור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להבהיר שהקמת אספת הנבחרים והוועד הלאומי והאוניברסיטה העברית היו יוזמות של היישוב והתנועה הציונית, שהבריטים התירו או הכירו בהן, ולא פעולות יזומות של בריטניה עצמה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להשתמש בפעילות 'משפט בריטניה' כדי לתרגל טיעון ונגד-טיעון לפני כתיבת התשובה הפתוחה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להזכיר בקצרה שהיו ספרים לבנים קודמים (1922, 1930) כרקע להבנת ההחמרה ב-1939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המנדט הבריטי - הבטחה במבחן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אחרי מלחמת העולם הראשונה קיבלה בריטניה מחבר הלאומים מנדט על ארץ ישראל, ובו שתי משימות: לדאוג לכלל האוכלוסייה ולסייע בהקמת הבית הלאומי היהודי. בדף זה תבדקו האם בריטניה עמדה בהתחייבותה לאורך השנים.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העניק לבריטניה את המנדט על ארץ 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האו"ם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חבר הלאומים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האימפריה העות'מאנית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צרפת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ייחד את המנדט על ארץ ישראל לעומת מנדטים אחרים?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כלל את הצהרת בלפור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היה שלטון קבוע לצמיתות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ניתן לצרפת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לא כלל חובות כלפי האוכלוסייה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היו שתי המשימות של בריטניה לפי כתב המנדט?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לדאוג לכלל האוכלוסייה ולסייע בהקמת הבית הלאומי היהודי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להקים צבא גדול ולבנות נמלים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לכבוש שטחים נוספים ולהרחיב את האימפריה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לפנות את כל תושבי הארץ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קבע הספר הלבן של 1939 לגבי העלייה היהודית?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עידוד עלייה ללא הגבלה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הגבלה חמורה של העלייה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איסור מוחלט על כל עלייה לתמיד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עידוד עלייה רק מאירופה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מי שימש כנציב העליון הראשון בארץ 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חיים ויצמן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הרברט סמואל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דוד בן גוריון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זאב ז'בוטינסקי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מנדט הוא שלטון קבוע וללא הגבלת זמן של מעצמה על שטח.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הצהרת בלפור נכללה בכתב המנדט שאושר ב-1922.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לאורך כל תקופת המנדט עודדו הבריטים עלייה יהודית ללא שינוי במדיניות.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הספר הלבן של 1939 הגביל גם רכישת קרקעות על ידי יהודים.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האוניברסיטה העברית נפתחה בירושלים בשנת 1925.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המנדט הוא ייפוי כוח זמני שנתן __________ למעצמות המנצחות במלחמת העולם הראשונה.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כתב המנדט על ארץ ישראל אושר בשנת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הספר הלבן של 1939 הגביל את העלייה היהודית ל-__________ איש בחמש שנים.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הנציב העליון הראשון בארץ ישראל היה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מוסדות השלטון העצמי של היישוב היו אספת הנבחרים ו-__________.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מנדט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מוסדות השלטון העצמי של היישוב היהודי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חבר הלאומים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שלטון זמני מטעם חבר הלאומים להכנת שטח לעצמאות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הספר הלבן 1939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היתרי עלייה שחילקו הבריטים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אספת הנבחרים והוועד הלאומי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ארגון בין לאומי שהוקם אחרי מלחמת העולם הראשונה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סרטיפיקטים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מדיניות שהגבילה עלייה ורכישת קרקע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לפי סדר כרונולוגי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פרסום הספר הלבן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פתיחת האוניברסיטה העברית בירושלים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ועידת סן רמו מעניקה לבריטניה את המנדט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חבר הלאומים מאשר את כתב המנדט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והבעת עמדה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מה היה ייחודו של המנדט הבריטי על ארץ ישראל, והציגו פעולה אחת שסייעה לבניית הבית הלאומי ופעולה אחת שפגעה בו.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הכריעו: האם בריטניה קיימה את ההבטחה שבכתב המנדט? כתבו פסק דין מנומק של 3-4 משפטים, והתייחסו גם לטיעון נגדי.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היו שתי המשימות של בריטניה לפי כתב המנדט?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הגבלה אחת שנקבעה בספר הלבן של 1939.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במשפט אחד: בריטניה קיימה / לא קיימה / קיימה בחלקה את ההבטחה, כי...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המנדט הבריטי - הבטחה במבחן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