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המנדט הבריטי - הבטחה במבחן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מהו מנדט ומה ייחד את המנדט על 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פעולות בריטיות שסייעו לבניית הבית הלאומי ופעולות שהגבילו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לגבש עמדה מנומקת בשאלה האם בריטניה קיימה את ההבטחה שבכתב המנדט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חבר הלאומים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כלל את הצהרת בלפור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לדאוג לכלל האוכלוסייה ולסייע בהקמת הבית הלאומי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הגבלה חמורה של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הרברט סמואל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מנדט הוא שלטון זמני עד הכנת השטח לעצמאות.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מה שייחד את המנדט על ארץ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בסוף שנות ה-30 הוגבלה העלייה בחומרה בספר הלבן.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נקבע במסמך.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תאריך מרכזי בתקופת המנדט המוקדמת.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 הלאומים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75 אלף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הרברט סמואל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הוועד הלאומי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(שלטון זמני מטעם חבר הלאומים להכנת שטח לעצמאות)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(ארגון בין לאומי שהוקם אחרי מלחמת העולם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(מדיניות שהגבילה עלייה ורכישת קרקע)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(מוסדות השלטון העצמי של היישוב היהודי)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(היתרי עלייה שחילקו הבריטים)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ועידת סן רמו מעניקה לבריטניה את המנדט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 הלאומים מאשר את כתב המנדט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פתיחת האוניברסיטה העברית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פרסום הספר הלבן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ייחוד: שילוב הצהרת בלפור בכתב המנדט ושתי משימות מקבילות. פעולה מסייעת: למשל התרת עלייה בשנים הראשונות או הכרה במוסדות השלטון העצמי. פעולה פוגעת: הספר הלבן של 1939 שהגביל עלייה ורכישת קרקע.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עמדה ברורה (קיימה/לא קיימה/בחלקה), לפחות שני טיעונים תומכים מבוססי עובדות מהשיעור, התייחסות לצד הנגדי, מסקנה מסכמת.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לדאוג לכלל האוכלוסייה ולסייע בהקמת הבית הלאומי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הגבלת עלייה ל-75 אלף איש בחמש שנים, או הגבלת רכישת קרקעות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עמדה ונימוק אחד לפחות המבוסס על תוכן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להבהיר שהקמת אספת הנבחרים והוועד הלאומי והאוניברסיטה העברית היו יוזמות של היישוב והתנועה הציונית, שהבריטים התירו או הכירו בהן, ולא פעולות יזומות של בריטניה עצמה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בפעילות 'משפט בריטניה' כדי לתרגל טיעון ונגד-טיעון לפני כתיבת התשובה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להזכיר בקצרה שהיו ספרים לבנים קודמים (1922, 1930) כרקע להבנת ההחמרה ב-1939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המנדט הבריטי - הבטחה במבחן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מלחמת העולם הראשונה בריטניה שלטה בארץ ישראל. זה נקרא מנדט. בריטניה הבטיחה לעזור ליהודים לבנות בית לאומי. בדף הזה נבדוק אם בריטניה עמדה בהבטחה.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מנדט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זמני של מדינה על שטח, מטעם חבר הלאומים, כדי להכין אותו לעצמאות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 הלאומים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בין לאומי שהוקם אחרי מלחמת העולם הראשונה ושמר על השלום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 המנדט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מסמך מ-1922 שקבע את חובות בריטניה כלפי 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הצהרת בלפור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הצהרה בריטית שתמכה בהקמת בית לאומי לעם היהודי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אספת הנבחרים והוועד הלאומי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מוסדות השלטון העצמי של היישוב היהודי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הספר הלבן 1939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מדיניות בריטית שהגבילה עלייה יהודית ורכישת קרקעות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סרטיפיקטים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היתרי עלייה שחילקו הבריטים לפי מכסות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נציב עליון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 בריטניה ששלט בארץ ישראל בתקופת המנדט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נתן לבריטניה את זכות השלטון?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האו"ם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 הלאומים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האימפריה העות'מאנית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מיוחד במנדט על 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כלל את הצהרת בלפור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היה שלטון קבוע לצמיתות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ניתן לצרפת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כלל חובות כלפי האוכלוסייה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שתי המטרות שבריטניה קיבלה על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לדאוג לכלל האוכלוסייה ולסייע בהקמת הבית הלאומי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להקים צבא גדול ולבנות נמלים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לכבוש שטחים נוספים ולהרחיב את האימפריה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את כל תושבי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הספר הלבן אמר על עלייה 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עידוד עלייה ללא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הגבלה חמורה של העלייה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איסור מוחלט על כל עלייה 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עידוד עלייה רק מאירופה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היה הנציב העליון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הרברט סמואל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זאב ז'בוטינסקי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מנדט הוא שלטון קבוע וללא הגבלת זמן של מעצמה על שטח.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הצהרת בלפור נכללה בכתב המנדט שאושר ב-1922.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לאורך כל תקופת המנדט עודדו הבריטים עלייה יהודית ללא שינוי במדיניות.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הלבן של 1939 הגביל גם רכישת קרקעות על ידי 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האוניברסיטה העברית נפתחה בירושלים בשנת 1925.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המנדט הוא ייפוי כוח זמני שנתן __________ למעצמות המנצחות במלחמת העולם הראשונה.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כתב המנדט על ארץ ישראל אושר בשנת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הספר הלבן של 1939 הגביל את העלייה היהודית ל-__________ איש בחמש שנים.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הנציב העליון הראשון בארץ ישראל היה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מוסדות השלטון העצמי של היישוב היו אספת הנבחרים ו-__________.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מדיניות שהגבילה עלייה ורכישת קרקע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חבר הלאומים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היתרי עלייה שחילקו הבריטים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הספר הלבן 1939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מוסדות השלטון העצמי של היישוב היהודי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אספת הנבחרים והוועד הלאומי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ארגון בין לאומי שהוקם אחרי מלחמת העולם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סרטיפיקטים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שלטון זמני מטעם חבר הלאומים להכנת שטח לעצמאות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הלאומים מאשר את כתב המנדט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ועידת סן רמו מעניקה לבריטניה את המנדט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הספר הלבן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פתיחת האוניברסיטה העברית בירושלים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היה ייחודו של המנדט הבריטי על ארץ ישראל, והציגו פעולה אחת שסייעה לבניית הבית הלאומי ופעולה אחת שפגעה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הכריעו: האם בריטניה קיימה את ההבטחה שבכתב המנדט? כתבו פסק דין מנומק של 3-4 משפטים, והתייחסו גם לטיעון נגדי.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היו שתי המשימות של בריטניה לפי כתב המנדט?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הגבלה אחת שנקבעה בספר הלבן של 1939.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במשפט אחד: בריטניה קיימה / לא קיימה / קיימה בחלקה את ההבטחה, כי...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המנדט הבריטי - הבטחה במבחן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